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C81414"/>
          <w:sz w:val="28"/>
        </w:rPr>
        <w:t>[MVZ Nombre completo]</w:t>
      </w:r>
    </w:p>
    <w:p>
      <w:pPr>
        <w:spacing w:after="120"/>
      </w:pPr>
      <w:r>
        <w:rPr>
          <w:b w:val="0"/>
          <w:color w:val="666666"/>
          <w:sz w:val="18"/>
        </w:rPr>
        <w:t>Céd. Prof. [00000000] · [Nombre de la clínica] · [Domicilio] · Tel. [000]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Propietario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Paciente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Especie / raza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Edad / sexo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Peso (kg)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Identificación o lote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Núm. de animales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32"/>
        </w:rPr>
        <w:t>Rx</w:t>
      </w:r>
    </w:p>
    <w:p>
      <w:pPr>
        <w:spacing w:after="60"/>
      </w:pPr>
      <w:r>
        <w:rPr>
          <w:b/>
          <w:sz w:val="20"/>
        </w:rPr>
        <w:t>1. [Medicamento] · [presentación y concentración]</w:t>
      </w:r>
    </w:p>
    <w:p>
      <w:pPr>
        <w:spacing w:after="80"/>
      </w:pPr>
      <w:r>
        <w:rPr>
          <w:b w:val="0"/>
          <w:sz w:val="18"/>
        </w:rPr>
        <w:t xml:space="preserve">    Dosis: ____  ·  Vía: ____  ·  Cada ____ horas  ·  Durante ____ días</w:t>
      </w:r>
    </w:p>
    <w:p>
      <w:pPr>
        <w:spacing w:after="60"/>
      </w:pPr>
      <w:r>
        <w:rPr>
          <w:b/>
          <w:sz w:val="20"/>
        </w:rPr>
        <w:t>2. [Medicamento] · [presentación y concentración]</w:t>
      </w:r>
    </w:p>
    <w:p>
      <w:pPr>
        <w:spacing w:after="80"/>
      </w:pPr>
      <w:r>
        <w:rPr>
          <w:b w:val="0"/>
          <w:sz w:val="18"/>
        </w:rPr>
        <w:t xml:space="preserve">    Dosis: ____  ·  Vía: ____  ·  Cada ____ horas  ·  Durante ____ días</w:t>
      </w:r>
    </w:p>
    <w:p>
      <w:pPr>
        <w:spacing w:after="160"/>
      </w:pPr>
      <w:r>
        <w:rPr>
          <w:b w:val="0"/>
          <w:sz w:val="18"/>
        </w:rPr>
        <w:t>Tiempo de retiro (animales para consumo humano): ____________</w:t>
      </w:r>
    </w:p>
    <w:p>
      <w:pPr>
        <w:spacing w:after="0"/>
        <w:jc w:val="right"/>
      </w:pPr>
      <w:r>
        <w:rPr>
          <w:b w:val="0"/>
          <w:sz w:val="20"/>
        </w:rPr>
        <w:t>_____________________________</w:t>
      </w:r>
    </w:p>
    <w:p>
      <w:pPr>
        <w:spacing w:after="80"/>
        <w:jc w:val="right"/>
      </w:pPr>
      <w:r>
        <w:rPr>
          <w:b w:val="0"/>
          <w:color w:val="666666"/>
          <w:sz w:val="16"/>
        </w:rPr>
        <w:t>Firma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 Los productos del grupo I de la NOM-064-ZOO-2000 requieren receta cuantificada con folio autorizado</w:t>
      </w:r>
    </w:p>
    <w:sectPr w:rsidR="00FC693F" w:rsidRPr="0006063C" w:rsidSect="00034616">
      <w:pgSz w:w="12240" w:h="792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