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C81414"/>
          <w:sz w:val="32"/>
        </w:rPr>
        <w:t>Nota de evolución (SOAP)</w:t>
      </w:r>
    </w:p>
    <w:p>
      <w:pPr>
        <w:spacing w:after="160"/>
      </w:pPr>
      <w:r>
        <w:rPr>
          <w:b w:val="0"/>
          <w:color w:val="666666"/>
          <w:sz w:val="18"/>
        </w:rPr>
        <w:t>[Consultorio] · [Dr. / Dra. Nombre] · Céd. Prof. [00000000]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Paciente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Edad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Fecha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Hora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S · Subjetivo: motivo, síntomas, evolución, respuesta al tratamiento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O · Objetivo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T (°C)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TA (mmHg)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FC (lpm)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FR (rpm)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Peso (kg)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Otros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Exploración física y resultados relevantes de estudios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A · Análisis: diagnósticos o problemas clínicos, evolución y pronóstico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P · Plan: tratamiento con dosis, vía y periodicidad; estudios; indicaciones; próxima cita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0"/>
        <w:jc w:val="right"/>
      </w:pPr>
      <w:r>
        <w:rPr>
          <w:b w:val="0"/>
          <w:sz w:val="20"/>
        </w:rPr>
        <w:t>_____________________________</w:t>
      </w:r>
    </w:p>
    <w:p>
      <w:pPr>
        <w:spacing w:after="160"/>
        <w:jc w:val="right"/>
      </w:pPr>
      <w:r>
        <w:rPr>
          <w:b w:val="0"/>
          <w:color w:val="666666"/>
          <w:sz w:val="16"/>
        </w:rPr>
        <w:t>Nombre completo y firma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plixail.com.mx/recursos. Campos de la nota de evolución, NOM-004-SSA3-2012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