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color w:val="C81414"/>
                <w:sz w:val="22"/>
              </w:rPr>
              <w:t>COMANDA          Folio ______</w:t>
            </w:r>
          </w:p>
          <w:p>
            <w:r>
              <w:rPr>
                <w:sz w:val="18"/>
              </w:rPr>
              <w:t>Mesa ____   Personas ____   Hora ______</w:t>
            </w:r>
          </w:p>
          <w:p>
            <w:r>
              <w:rPr>
                <w:sz w:val="18"/>
              </w:rPr>
              <w:t>Mesero ____________________</w:t>
            </w:r>
          </w:p>
          <w:p>
            <w:r>
              <w:rPr>
                <w:sz w:val="8"/>
              </w:rPr>
            </w:r>
          </w:p>
          <w:p>
            <w:r>
              <w:rPr>
                <w:sz w:val="18"/>
              </w:rPr>
              <w:t>Cant.  Platillo / bebida          Modificaciones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b/>
                <w:sz w:val="18"/>
              </w:rPr>
              <w:t>Alergias: ______________________________</w:t>
            </w:r>
          </w:p>
        </w:tc>
        <w:tc>
          <w:tcPr>
            <w:tcW w:type="dxa" w:w="5213"/>
          </w:tcPr>
          <w:p>
            <w:r/>
            <w:r>
              <w:rPr>
                <w:b/>
                <w:color w:val="C81414"/>
                <w:sz w:val="22"/>
              </w:rPr>
              <w:t>COMANDA          Folio ______</w:t>
            </w:r>
          </w:p>
          <w:p>
            <w:r>
              <w:rPr>
                <w:sz w:val="18"/>
              </w:rPr>
              <w:t>Mesa ____   Personas ____   Hora ______</w:t>
            </w:r>
          </w:p>
          <w:p>
            <w:r>
              <w:rPr>
                <w:sz w:val="18"/>
              </w:rPr>
              <w:t>Mesero ____________________</w:t>
            </w:r>
          </w:p>
          <w:p>
            <w:r>
              <w:rPr>
                <w:sz w:val="8"/>
              </w:rPr>
            </w:r>
          </w:p>
          <w:p>
            <w:r>
              <w:rPr>
                <w:sz w:val="18"/>
              </w:rPr>
              <w:t>Cant.  Platillo / bebida          Modificaciones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b/>
                <w:sz w:val="18"/>
              </w:rPr>
              <w:t>Alergias: ______________________________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color w:val="C81414"/>
                <w:sz w:val="22"/>
              </w:rPr>
              <w:t>COMANDA          Folio ______</w:t>
            </w:r>
          </w:p>
          <w:p>
            <w:r>
              <w:rPr>
                <w:sz w:val="18"/>
              </w:rPr>
              <w:t>Mesa ____   Personas ____   Hora ______</w:t>
            </w:r>
          </w:p>
          <w:p>
            <w:r>
              <w:rPr>
                <w:sz w:val="18"/>
              </w:rPr>
              <w:t>Mesero ____________________</w:t>
            </w:r>
          </w:p>
          <w:p>
            <w:r>
              <w:rPr>
                <w:sz w:val="8"/>
              </w:rPr>
            </w:r>
          </w:p>
          <w:p>
            <w:r>
              <w:rPr>
                <w:sz w:val="18"/>
              </w:rPr>
              <w:t>Cant.  Platillo / bebida          Modificaciones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b/>
                <w:sz w:val="18"/>
              </w:rPr>
              <w:t>Alergias: ______________________________</w:t>
            </w:r>
          </w:p>
        </w:tc>
        <w:tc>
          <w:tcPr>
            <w:tcW w:type="dxa" w:w="5213"/>
          </w:tcPr>
          <w:p>
            <w:r/>
            <w:r>
              <w:rPr>
                <w:b/>
                <w:color w:val="C81414"/>
                <w:sz w:val="22"/>
              </w:rPr>
              <w:t>COMANDA          Folio ______</w:t>
            </w:r>
          </w:p>
          <w:p>
            <w:r>
              <w:rPr>
                <w:sz w:val="18"/>
              </w:rPr>
              <w:t>Mesa ____   Personas ____   Hora ______</w:t>
            </w:r>
          </w:p>
          <w:p>
            <w:r>
              <w:rPr>
                <w:sz w:val="18"/>
              </w:rPr>
              <w:t>Mesero ____________________</w:t>
            </w:r>
          </w:p>
          <w:p>
            <w:r>
              <w:rPr>
                <w:sz w:val="8"/>
              </w:rPr>
            </w:r>
          </w:p>
          <w:p>
            <w:r>
              <w:rPr>
                <w:sz w:val="18"/>
              </w:rPr>
              <w:t>Cant.  Platillo / bebida          Modificaciones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sz w:val="18"/>
              </w:rPr>
              <w:t>____  _________________________  ____________</w:t>
            </w:r>
          </w:p>
          <w:p>
            <w:r>
              <w:rPr>
                <w:b/>
                <w:sz w:val="18"/>
              </w:rPr>
              <w:t>Alergias: ______________________________</w:t>
            </w:r>
          </w:p>
        </w:tc>
      </w:tr>
    </w:tbl>
    <w:p/>
    <w:p>
      <w:pPr>
        <w:spacing w:after="0"/>
      </w:pPr>
      <w:r>
        <w:rPr>
          <w:b w:val="0"/>
          <w:color w:val="666666"/>
          <w:sz w:val="14"/>
        </w:rPr>
        <w:t>Plantilla de referencia de plixail.com.mx/recursos. Cuatro comandas por hoja. Recorta por las líneas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