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C81414"/>
          <w:sz w:val="32"/>
        </w:rPr>
        <w:t>Constancia laboral (sin salario)</w:t>
      </w:r>
    </w:p>
    <w:p>
      <w:pPr>
        <w:spacing w:after="160"/>
      </w:pPr>
      <w:r>
        <w:rPr>
          <w:b w:val="0"/>
          <w:color w:val="666666"/>
          <w:sz w:val="18"/>
        </w:rPr>
        <w:t>Formato de referencia | plixail.com.mx</w:t>
      </w:r>
    </w:p>
    <w:p>
      <w:pPr>
        <w:spacing w:after="160"/>
      </w:pPr>
      <w:r>
        <w:rPr>
          <w:b/>
          <w:color w:val="C81414"/>
          <w:sz w:val="18"/>
        </w:rPr>
        <w:t>Formato de referencia. No sustituye la asesoría de un abogado; adáptalo a tu caso y a la ley de tu estado.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r>
              <w:rPr>
                <w:b/>
                <w:sz w:val="18"/>
              </w:rPr>
              <w:t>Razón social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  <w:tc>
          <w:tcPr>
            <w:tcW w:type="dxa" w:w="2606"/>
          </w:tcPr>
          <w:p>
            <w:r>
              <w:rPr>
                <w:b/>
                <w:sz w:val="18"/>
              </w:rPr>
              <w:t>RFC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606"/>
          </w:tcPr>
          <w:p>
            <w:r>
              <w:rPr>
                <w:b/>
                <w:sz w:val="18"/>
              </w:rPr>
              <w:t>Domicilio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  <w:tc>
          <w:tcPr>
            <w:tcW w:type="dxa" w:w="2606"/>
          </w:tcPr>
          <w:p>
            <w:r>
              <w:rPr>
                <w:b/>
                <w:sz w:val="18"/>
              </w:rPr>
              <w:t>Teléfono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</w:tr>
    </w:tbl>
    <w:p>
      <w:pPr>
        <w:spacing w:after="40"/>
      </w:pPr>
    </w:p>
    <w:p>
      <w:pPr>
        <w:spacing w:after="160"/>
      </w:pPr>
      <w:r>
        <w:rPr>
          <w:b w:val="0"/>
          <w:sz w:val="20"/>
        </w:rPr>
        <w:t>[Ciudad], a [día] de [mes] de [año]</w:t>
      </w:r>
    </w:p>
    <w:p>
      <w:pPr>
        <w:spacing w:after="160"/>
      </w:pPr>
      <w:r>
        <w:rPr>
          <w:b/>
          <w:sz w:val="22"/>
        </w:rPr>
        <w:t>A QUIEN CORRESPONDA</w:t>
      </w:r>
    </w:p>
    <w:p>
      <w:pPr>
        <w:spacing w:after="120"/>
      </w:pPr>
      <w:r>
        <w:rPr>
          <w:b w:val="0"/>
          <w:sz w:val="20"/>
        </w:rPr>
        <w:t>Por medio de la presente hacemos constar que [nombre completo del trabajador] labora en [razón social] desde el [fecha de ingreso], con el puesto de [puesto] en el área de [área], con contrato por tiempo [indeterminado / determinado / por obra].</w:t>
      </w:r>
    </w:p>
    <w:p>
      <w:pPr>
        <w:spacing w:after="480"/>
      </w:pPr>
      <w:r>
        <w:rPr>
          <w:b w:val="0"/>
          <w:sz w:val="20"/>
        </w:rPr>
        <w:t>Se extiende la presente a petición del interesado para los fines que a él convengan.</w:t>
      </w:r>
    </w:p>
    <w:p>
      <w:pPr>
        <w:spacing w:after="720"/>
      </w:pPr>
      <w:r>
        <w:rPr>
          <w:b w:val="0"/>
          <w:sz w:val="20"/>
        </w:rPr>
        <w:t>Atentamente</w:t>
      </w:r>
    </w:p>
    <w:p>
      <w:pPr>
        <w:spacing w:after="20"/>
      </w:pPr>
      <w:r>
        <w:rPr>
          <w:b w:val="0"/>
          <w:sz w:val="20"/>
        </w:rPr>
        <w:t>________________________________________</w:t>
      </w:r>
    </w:p>
    <w:p>
      <w:pPr>
        <w:spacing w:after="20"/>
      </w:pPr>
      <w:r>
        <w:rPr>
          <w:b w:val="0"/>
          <w:sz w:val="20"/>
        </w:rPr>
        <w:t>[Nombre de quien firma]</w:t>
      </w:r>
    </w:p>
    <w:p>
      <w:pPr>
        <w:spacing w:after="20"/>
      </w:pPr>
      <w:r>
        <w:rPr>
          <w:b w:val="0"/>
          <w:sz w:val="20"/>
        </w:rPr>
        <w:t>[Puesto] | [Teléfono de contacto]</w:t>
      </w:r>
    </w:p>
    <w:p>
      <w:pPr>
        <w:spacing w:after="160"/>
      </w:pPr>
      <w:r>
        <w:rPr>
          <w:b w:val="0"/>
          <w:color w:val="666666"/>
          <w:sz w:val="16"/>
        </w:rPr>
        <w:t>Sello de la empresa</w:t>
      </w:r>
    </w:p>
    <w:p>
      <w:pPr>
        <w:spacing w:after="0"/>
      </w:pPr>
      <w:r>
        <w:rPr>
          <w:b w:val="0"/>
          <w:color w:val="666666"/>
          <w:sz w:val="14"/>
        </w:rPr>
        <w:t>Plantilla de referencia de plixail.com.mx/recursos/constancia-laboral</w:t>
      </w:r>
    </w:p>
    <w:p>
      <w:r>
        <w:br w:type="page"/>
      </w:r>
    </w:p>
    <w:p>
      <w:pPr>
        <w:spacing w:after="40"/>
      </w:pPr>
      <w:r>
        <w:rPr>
          <w:b/>
          <w:color w:val="C81414"/>
          <w:sz w:val="32"/>
        </w:rPr>
        <w:t>Constancia laboral (con salario)</w:t>
      </w:r>
    </w:p>
    <w:p>
      <w:pPr>
        <w:spacing w:after="160"/>
      </w:pPr>
      <w:r>
        <w:rPr>
          <w:b w:val="0"/>
          <w:color w:val="666666"/>
          <w:sz w:val="18"/>
        </w:rPr>
        <w:t>Formato de referencia | plixail.com.mx</w:t>
      </w:r>
    </w:p>
    <w:p>
      <w:pPr>
        <w:spacing w:after="80"/>
      </w:pPr>
      <w:r>
        <w:rPr>
          <w:b/>
          <w:color w:val="C81414"/>
          <w:sz w:val="18"/>
        </w:rPr>
        <w:t>Formato de referencia. No sustituye la asesoría de un abogado; adáptalo a tu caso y a la ley de tu estado.</w:t>
      </w:r>
    </w:p>
    <w:p>
      <w:pPr>
        <w:spacing w:after="160"/>
      </w:pPr>
      <w:r>
        <w:rPr>
          <w:b w:val="0"/>
          <w:color w:val="666666"/>
          <w:sz w:val="18"/>
        </w:rPr>
        <w:t>Incluye el salario solo si el trabajador lo pide o lo autoriza: es un dato personal.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r>
              <w:rPr>
                <w:b/>
                <w:sz w:val="18"/>
              </w:rPr>
              <w:t>Razón social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  <w:tc>
          <w:tcPr>
            <w:tcW w:type="dxa" w:w="2606"/>
          </w:tcPr>
          <w:p>
            <w:r>
              <w:rPr>
                <w:b/>
                <w:sz w:val="18"/>
              </w:rPr>
              <w:t>RFC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606"/>
          </w:tcPr>
          <w:p>
            <w:r>
              <w:rPr>
                <w:b/>
                <w:sz w:val="18"/>
              </w:rPr>
              <w:t>Domicilio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  <w:tc>
          <w:tcPr>
            <w:tcW w:type="dxa" w:w="2606"/>
          </w:tcPr>
          <w:p>
            <w:r>
              <w:rPr>
                <w:b/>
                <w:sz w:val="18"/>
              </w:rPr>
              <w:t>Teléfono</w:t>
            </w:r>
          </w:p>
        </w:tc>
        <w:tc>
          <w:tcPr>
            <w:tcW w:type="dxa" w:w="2606"/>
          </w:tcPr>
          <w:p>
            <w:r>
              <w:rPr>
                <w:sz w:val="18"/>
              </w:rPr>
            </w:r>
          </w:p>
        </w:tc>
      </w:tr>
    </w:tbl>
    <w:p>
      <w:pPr>
        <w:spacing w:after="40"/>
      </w:pPr>
    </w:p>
    <w:p>
      <w:pPr>
        <w:spacing w:after="160"/>
      </w:pPr>
      <w:r>
        <w:rPr>
          <w:b w:val="0"/>
          <w:sz w:val="20"/>
        </w:rPr>
        <w:t>[Ciudad], a [día] de [mes] de [año]</w:t>
      </w:r>
    </w:p>
    <w:p>
      <w:pPr>
        <w:spacing w:after="160"/>
      </w:pPr>
      <w:r>
        <w:rPr>
          <w:b/>
          <w:sz w:val="22"/>
        </w:rPr>
        <w:t>A QUIEN CORRESPONDA</w:t>
      </w:r>
    </w:p>
    <w:p>
      <w:pPr>
        <w:spacing w:after="120"/>
      </w:pPr>
      <w:r>
        <w:rPr>
          <w:b w:val="0"/>
          <w:sz w:val="20"/>
        </w:rPr>
        <w:t>Por medio de la presente hacemos constar que [nombre completo del trabajador] labora en [razón social] desde el [fecha de ingreso], con el puesto de [puesto] en el área de [área], con contrato por tiempo [indeterminado / determinado / por obra]. Su salario mensual bruto es de $[monto] ([monto con letra] pesos 00/100 M.N.).</w:t>
      </w:r>
    </w:p>
    <w:p>
      <w:pPr>
        <w:spacing w:after="480"/>
      </w:pPr>
      <w:r>
        <w:rPr>
          <w:b w:val="0"/>
          <w:sz w:val="20"/>
        </w:rPr>
        <w:t>Se extiende la presente a petición del interesado para los fines que a él convengan.</w:t>
      </w:r>
    </w:p>
    <w:p>
      <w:pPr>
        <w:spacing w:after="720"/>
      </w:pPr>
      <w:r>
        <w:rPr>
          <w:b w:val="0"/>
          <w:sz w:val="20"/>
        </w:rPr>
        <w:t>Atentamente</w:t>
      </w:r>
    </w:p>
    <w:p>
      <w:pPr>
        <w:spacing w:after="20"/>
      </w:pPr>
      <w:r>
        <w:rPr>
          <w:b w:val="0"/>
          <w:sz w:val="20"/>
        </w:rPr>
        <w:t>________________________________________</w:t>
      </w:r>
    </w:p>
    <w:p>
      <w:pPr>
        <w:spacing w:after="20"/>
      </w:pPr>
      <w:r>
        <w:rPr>
          <w:b w:val="0"/>
          <w:sz w:val="20"/>
        </w:rPr>
        <w:t>[Nombre de quien firma]</w:t>
      </w:r>
    </w:p>
    <w:p>
      <w:pPr>
        <w:spacing w:after="20"/>
      </w:pPr>
      <w:r>
        <w:rPr>
          <w:b w:val="0"/>
          <w:sz w:val="20"/>
        </w:rPr>
        <w:t>[Puesto] | [Teléfono de contacto]</w:t>
      </w:r>
    </w:p>
    <w:p>
      <w:pPr>
        <w:spacing w:after="160"/>
      </w:pPr>
      <w:r>
        <w:rPr>
          <w:b w:val="0"/>
          <w:color w:val="666666"/>
          <w:sz w:val="16"/>
        </w:rPr>
        <w:t>Sello de la empresa</w:t>
      </w:r>
    </w:p>
    <w:p>
      <w:pPr>
        <w:spacing w:after="0"/>
      </w:pPr>
      <w:r>
        <w:rPr>
          <w:b w:val="0"/>
          <w:color w:val="666666"/>
          <w:sz w:val="14"/>
        </w:rPr>
        <w:t>Plantilla de referencia de plixail.com.mx/recursos/constancia-laboral</w:t>
      </w:r>
    </w:p>
    <w:sectPr w:rsidR="00FC693F" w:rsidRPr="0006063C" w:rsidSect="00034616">
      <w:pgSz w:w="12240" w:h="15840"/>
      <w:pgMar w:top="737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